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right"/>
      </w:pPr>
      <w:r>
        <w:rPr>
          <w:i w:val="0"/>
        </w:rPr>
        <w:t>Olsztyn, [data]</w:t>
      </w:r>
    </w:p>
    <w:p>
      <w:pPr>
        <w:spacing w:after="0"/>
        <w:jc w:val="left"/>
      </w:pPr>
      <w:r>
        <w:rPr>
          <w:i w:val="0"/>
        </w:rPr>
        <w:t>[Adresat]</w:t>
      </w:r>
    </w:p>
    <w:p>
      <w:pPr>
        <w:spacing w:after="0"/>
        <w:jc w:val="left"/>
      </w:pPr>
      <w:r>
        <w:rPr>
          <w:i w:val="0"/>
        </w:rPr>
        <w:t>[Ulica i numer]</w:t>
      </w:r>
    </w:p>
    <w:p>
      <w:pPr>
        <w:spacing w:after="560"/>
        <w:jc w:val="left"/>
      </w:pPr>
      <w:r>
        <w:rPr>
          <w:i w:val="0"/>
        </w:rPr>
        <w:t>[Kod pocztowy i miejscowość]</w:t>
      </w:r>
    </w:p>
    <w:p>
      <w:pPr>
        <w:spacing w:after="200"/>
        <w:jc w:val="left"/>
      </w:pPr>
      <w:r>
        <w:rPr>
          <w:i w:val="0"/>
        </w:rPr>
        <w:t>Znak sprawy: [znak]</w:t>
      </w:r>
    </w:p>
    <w:p>
      <w:pPr>
        <w:spacing w:after="280"/>
        <w:jc w:val="left"/>
      </w:pPr>
      <w:r>
        <w:rPr>
          <w:b/>
          <w:i w:val="0"/>
        </w:rPr>
        <w:t>[Tytuł pisma]</w:t>
      </w:r>
    </w:p>
    <w:p>
      <w:pPr>
        <w:spacing w:after="480"/>
        <w:jc w:val="both"/>
      </w:pPr>
      <w:r>
        <w:rPr>
          <w:i w:val="0"/>
        </w:rPr>
        <w:t>[Treść pisma.]</w:t>
      </w:r>
    </w:p>
    <w:p>
      <w:pPr>
        <w:spacing w:after="1040"/>
        <w:jc w:val="center"/>
      </w:pPr>
      <w:r>
        <w:rPr>
          <w:i w:val="0"/>
        </w:rPr>
        <w:t>Z poważaniem</w:t>
      </w:r>
    </w:p>
    <w:p>
      <w:pPr>
        <w:spacing w:after="0"/>
        <w:jc w:val="center"/>
      </w:pPr>
      <w:r>
        <w:rPr>
          <w:i w:val="0"/>
        </w:rPr>
        <w:t>Paweł Reczkowski</w:t>
      </w:r>
    </w:p>
    <w:p>
      <w:pPr>
        <w:spacing w:after="0"/>
        <w:jc w:val="center"/>
      </w:pPr>
      <w:r>
        <w:rPr>
          <w:i w:val="0"/>
        </w:rPr>
        <w:t>Członek Zarządu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381" w:right="1417" w:bottom="1304" w:left="1417" w:header="680" w:footer="62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drawing>
        <wp:inline xmlns:a="http://schemas.openxmlformats.org/drawingml/2006/main" xmlns:pic="http://schemas.openxmlformats.org/drawingml/2006/picture">
          <wp:extent cx="5760000" cy="35961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sek-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359619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5760000" cy="75581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sek-naglowe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5581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Ubuntu" w:hAnsi="Ubuntu"/>
      <w:color w:val="4A383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